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</w:pPr>
      <w:r>
        <w:rPr>
          <w:b w:val="0"/>
          <w:i w:val="0"/>
        </w:rPr>
        <w:t>УДК 000.00</w:t>
      </w:r>
    </w:p>
    <w:p>
      <w:pPr>
        <w:ind w:firstLine="0"/>
        <w:jc w:val="center"/>
      </w:pPr>
      <w:r>
        <w:rPr>
          <w:b/>
          <w:i w:val="0"/>
        </w:rPr>
        <w:t>НАЗВАНИЕ СТАТЬИ НА ЯЗЫКЕ СТАТЬИ</w:t>
      </w:r>
    </w:p>
    <w:p>
      <w:pPr>
        <w:ind w:firstLine="0"/>
        <w:jc w:val="center"/>
      </w:pPr>
      <w:r>
        <w:rPr>
          <w:b w:val="0"/>
          <w:i/>
        </w:rPr>
        <w:t>[Не указывайте ФИО авторов и организации — они вносятся в форму подачи на сайте (двойное слепое рецензирование)]</w:t>
      </w:r>
    </w:p>
    <w:p>
      <w:r>
        <w:rPr>
          <w:b/>
          <w:i w:val="0"/>
        </w:rPr>
        <w:t xml:space="preserve">Аннотация. </w:t>
      </w:r>
      <w:r>
        <w:t>Текст аннотации объёмом 150–250 слов: актуальность, цель, методы, основные результаты и выводы.</w:t>
      </w:r>
    </w:p>
    <w:p>
      <w:r>
        <w:rPr>
          <w:b/>
          <w:i w:val="0"/>
        </w:rPr>
        <w:t xml:space="preserve">Ключевые слова: </w:t>
      </w:r>
      <w:r>
        <w:t>слово 1, слово 2, слово 3, слово 4, слово 5.</w:t>
      </w:r>
    </w:p>
    <w:p>
      <w:pPr>
        <w:ind w:firstLine="0"/>
        <w:jc w:val="center"/>
      </w:pPr>
      <w:r>
        <w:rPr>
          <w:b/>
          <w:i w:val="0"/>
        </w:rPr>
        <w:t>TITLE OF THE ARTICLE IN ENGLISH</w:t>
      </w:r>
    </w:p>
    <w:p>
      <w:r>
        <w:rPr>
          <w:b/>
          <w:i w:val="0"/>
        </w:rPr>
        <w:t xml:space="preserve">Abstract. </w:t>
      </w:r>
      <w:r>
        <w:t>Abstract in English, 150–250 words.</w:t>
      </w:r>
    </w:p>
    <w:p>
      <w:r>
        <w:rPr>
          <w:b/>
          <w:i w:val="0"/>
        </w:rPr>
        <w:t xml:space="preserve">Keywords: </w:t>
      </w:r>
      <w:r>
        <w:t>keyword 1, keyword 2, keyword 3.</w:t>
      </w:r>
    </w:p>
    <w:p>
      <w:pPr>
        <w:ind w:firstLine="0"/>
      </w:pPr>
      <w:r>
        <w:rPr>
          <w:b/>
          <w:i w:val="0"/>
        </w:rPr>
        <w:t>Введение</w:t>
      </w:r>
    </w:p>
    <w:p>
      <w:r>
        <w:rPr>
          <w:b w:val="0"/>
          <w:i w:val="0"/>
        </w:rPr>
        <w:t>Актуальность темы, обзор литературы [1, 2], постановка цели и задач исследования.</w:t>
      </w:r>
    </w:p>
    <w:p>
      <w:pPr>
        <w:ind w:firstLine="0"/>
      </w:pPr>
      <w:r>
        <w:rPr>
          <w:b/>
          <w:i w:val="0"/>
        </w:rPr>
        <w:t>Материалы и методы</w:t>
      </w:r>
    </w:p>
    <w:p>
      <w:r>
        <w:rPr>
          <w:b w:val="0"/>
          <w:i w:val="0"/>
        </w:rPr>
        <w:t>Описание объектов, оборудования и методов исследования.</w:t>
      </w:r>
    </w:p>
    <w:p>
      <w:pPr>
        <w:ind w:firstLine="0"/>
      </w:pPr>
      <w:r>
        <w:rPr>
          <w:b/>
          <w:i w:val="0"/>
        </w:rPr>
        <w:t>Результаты и обсуждение</w:t>
      </w:r>
    </w:p>
    <w:p>
      <w:r>
        <w:rPr>
          <w:b w:val="0"/>
          <w:i w:val="0"/>
        </w:rPr>
        <w:t>Полученные результаты с рисунками и таблицами (рис. 1, табл. 1).</w:t>
      </w:r>
    </w:p>
    <w:p>
      <w:pPr>
        <w:ind w:firstLine="0"/>
      </w:pPr>
      <w:r>
        <w:rPr>
          <w:b/>
          <w:i w:val="0"/>
        </w:rPr>
        <w:t>Выводы</w:t>
      </w:r>
    </w:p>
    <w:p>
      <w:r>
        <w:rPr>
          <w:b w:val="0"/>
          <w:i w:val="0"/>
        </w:rPr>
        <w:t>Основные выводы по результатам работы.</w:t>
      </w:r>
    </w:p>
    <w:p>
      <w:pPr>
        <w:ind w:firstLine="0"/>
      </w:pPr>
      <w:r>
        <w:rPr>
          <w:b w:val="0"/>
          <w:i w:val="0"/>
        </w:rPr>
        <w:t>Таблица 1 — Название таблицы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Показатель</w:t>
            </w:r>
          </w:p>
        </w:tc>
        <w:tc>
          <w:tcPr>
            <w:tcW w:type="dxa" w:w="3324"/>
          </w:tcPr>
          <w:p>
            <w:r>
              <w:t>Значение</w:t>
            </w:r>
          </w:p>
        </w:tc>
        <w:tc>
          <w:tcPr>
            <w:tcW w:type="dxa" w:w="3324"/>
          </w:tcPr>
          <w:p>
            <w:r>
              <w:t>Ед. изм.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pPr>
        <w:ind w:firstLine="0"/>
        <w:jc w:val="center"/>
      </w:pPr>
      <w:r>
        <w:rPr>
          <w:b w:val="0"/>
          <w:i w:val="0"/>
        </w:rPr>
        <w:t>Рис. 1. Название рисунка</w:t>
      </w:r>
    </w:p>
    <w:p>
      <w:pPr>
        <w:ind w:firstLine="0"/>
      </w:pPr>
      <w:r>
        <w:rPr>
          <w:b/>
          <w:i w:val="0"/>
        </w:rPr>
        <w:t>Список литературы</w:t>
      </w:r>
    </w:p>
    <w:p>
      <w:pPr>
        <w:ind w:firstLine="0"/>
      </w:pPr>
      <w:r>
        <w:rPr>
          <w:b w:val="0"/>
          <w:i w:val="0"/>
        </w:rPr>
        <w:t>1. Иванов И. И. Название книги. — М.: Наука, 2020. — 250 с.</w:t>
      </w:r>
    </w:p>
    <w:p>
      <w:pPr>
        <w:ind w:firstLine="0"/>
      </w:pPr>
      <w:r>
        <w:rPr>
          <w:b w:val="0"/>
          <w:i w:val="0"/>
        </w:rPr>
        <w:t>2. Petrov P. Title of the paper // Journal Name. — 2021. — Vol. 5, No. 2. — P. 10–20. — DOI: 10.0000/xxxx.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